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c6ab8d9a-b14a-43e3-9558-b0ea85938823.jpg"/>
                    <pic:cNvPicPr/>
                  </pic:nvPicPr>
                  <pic:blipFill>
                    <a:blip r:embed="rId9"/>
                    <a:stretch>
                      <a:fillRect/>
                    </a:stretch>
                  </pic:blipFill>
                  <pic:spPr>
                    <a:xfrm>
                      <a:off x="0" y="0"/>
                      <a:ext cx="5486400" cy="3135086"/>
                    </a:xfrm>
                    <a:prstGeom prst="rect"/>
                  </pic:spPr>
                </pic:pic>
              </a:graphicData>
            </a:graphic>
          </wp:inline>
        </w:drawing>
      </w:r>
    </w:p>
    <w:p>
      <w:r>
        <w:t>Improvisations and humorous role-playing are powerful techniques in laughter therapy. They allow one to explore different facets of one's personality creatively and spontaneously, while developing the ability to respond with humor and lightness to the unexpected. These exercises call upon imagination, expressivity, and social interaction to generate comical and offbeat situations, conducive to laughter and release.</w:t>
        <w:br/>
        <w:br/>
        <w:t>One of the key principles of humorous improvisation is to accept and bounce back on the proposals of one's playing partners, following the "yes, and ..." rule. This means that instead of blocking or refusing an idea, one welcomes it positively and develops it by adding one's own touch of humor and creativity. For example, if a participant says "I am an alien landing on Earth", his partner can reply: "Yes, and I am the secret agent in charge of capturing you... with a giant butterfly net!". This principle fosters a dynamic of listening, cooperation, and humorous escalation among participants.</w:t>
        <w:br/>
        <w:br/>
        <w:t>Humorous role-playing games, on the other hand, invite one to portray different characters or stereotypes in an exaggerated and caricatural way, in crazy situations. A classic is the "movie casting" game, where each participant plays an unlikely character in an audition (a dwarf cowboy, a depressive fairy, an emotional robot, etc.). The facilitator plays the role of the casting director and interacts with each character, asking them offbeat questions or giving them zany instructions. The objective is pushing the character's logic to the extreme, triggering absurd and hilarious reactions.</w:t>
        <w:br/>
        <w:br/>
        <w:t>One of the great benefits of these techniques is that they help to defuse potentially stressful or embarrassing situations, by transposing them in a comic mode. Playing a crazy character or reacting with humour to an unexpected situation helps to distance oneself, to put things into perspective, and to tame fears. This is particularly beneficial for people struggling with assertiveness, communication, and stress management. Through offbeat roles, they can experiment with new ways of being and reacting, in a safe and caring environment.</w:t>
        <w:br/>
        <w:br/>
        <w:t xml:space="preserve">A striking example is Sophie, a shy and reserved young woman who was struggling to fit in her new job. By participating in a laughter therapy workshop, she was encouraged to improvise a scene where she was portraying a tyrannical and eccentric business leader. By pushing this role, quite the opposite of her personality, to the extreme, she was able to release her emotions and assert her presence in an uninhibited way. This experience boosted her confidence in her ability to adapt and communicate more assertively, with a hint of humour. She was thus able to gradually overcome her shyness and integrate more easily into her team. </w:t>
        <w:br/>
        <w:br/>
        <w:t>Beyond personal development, improvisations and humorous role-playing also foster an authentic and joyful connection between participants. Laughing together over absurd situations creates a unique bonding and emotional closeness. Social masks drop, differences fade away, and everyone recognizes themselves in a shared, imperfect and touching humanity. This is particularly precious in contexts where relationships are strained or superficial, such as in a professional environment or within certain family dynamics.</w:t>
        <w:br/>
        <w:br/>
        <w:t>During a company seminar, a group of colleagues experimented the "wacky complaints office" game. Everyone had to complain in an exaggerated and offbeat manner to a "happiness officer", alternately played by the participants. Complaints could be about absurd topics such as "My pen won't stop commenting on what I'm writing!" or "The green plants in my office are depressed, they refuse to photosynthesize!". Faced with these incongruous complaints, the officer had to react with unshakeable seriousness and propose even more ludicrous solutions. This game helped to release accumulated tensions, to put the little worries of everyday life into perspective and to strengthen team cohesion in a positive spirit.</w:t>
        <w:br/>
        <w:br/>
        <w:t>It is important to note that to foster a climate of trust and spontaneity, the facilitator needs to have a high quality of presence, listening and empathy. His role is to give creative impulses, to smooth interactions and to value everyone's proposals, without judgement. He ensures that participants feel safe to dare, experiment and surprise themselves. He also adjusts the level of difficulty and engagement of the exercises according to the receptivity and ease of the group.</w:t>
        <w:br/>
        <w:br/>
        <w:t>In summary, improvisations and humorous role-playing are amazing tools to develop creativity, adaptability, and relational intelligence through laughter. They provide a space of freedom and spontaneity in which to explore new facets of oneself, to overcome one's limits and to connect authentically with others. By cultivating one's ability to play, imagine, and laugh at oneself, one becomes lighter, more flexible, and more resilient in the face of life's challenges.</w:t>
        <w:br/>
        <w:br/>
        <w:t>Key takeaways:</w:t>
        <w:br/>
        <w:br/>
        <w:t>- Improvisations and humorous role-playing allow one to explore different facets of their personality in a creative and spontaneous manner, while simultaneously developing their ability to respond with humor and light-heartedness.</w:t>
        <w:br/>
        <w:br/>
        <w:t>- The key principle of improvisation is to positively accept and bounce back on the proposals of the playing partners, following the "yes, and..." rule, thus enhancing listening, cooperation, and humorous escalation.</w:t>
        <w:br/>
        <w:br/>
        <w:t>- Role-playing games invite the embodiment of exaggerated, ludicrous characters in absurd situations with the aim of pushing their logic to the extreme, provoking hilarious reactions.</w:t>
        <w:br/>
        <w:br/>
        <w:t>- These techniques help to defuse stressful situations by transposing them onto a comic mode, thus promoting distancing, putting things into perspective, and fears taming.</w:t>
        <w:br/>
        <w:br/>
        <w:t>- They are particularly beneficial to individuals struggling with assertiveness, communication, or stress management, by allowing them to experiment with new ways of being and reacting.</w:t>
        <w:br/>
        <w:br/>
        <w:t>- Beyond personal development, these practices foster an authentic and joyful connection between participants, creating emotional closeness and bonding through shared laughter.</w:t>
        <w:br/>
        <w:br/>
        <w:t>- The facilitator plays a crucial role by providing creative impulses, valuing everyone's proposals without judgement and tailoring the level of exercises to the group's receptivity, to create a climate of trust and spontaneity.</w:t>
        <w:br/>
        <w:br/>
        <w:t xml:space="preserve">- Cultivating the ability to play, imagine, and laugh at oneself through these techniques enhances light-heartedness, flexibility, and resilience in face of life's challenges. </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