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13acdd36-4f4f-49fd-baec-f5243c5e07cc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El arquetipo del Benefactor encarna la generosidad, la compasión y la dedicación. Representa esa parte de nosotros que aspira a ayudar a los demás, aliviar su sufrimiento y mejorar el mundo. El Benefactor está impulsado por una profunda empatía y un deseo de hacer el bien. Pone sus recursos y talentos al servicio de los demás, sin esperar nada a cambio.</w:t>
        <w:br/>
        <w:br/>
        <w:t>La búsqueda fundamental del Benefactor es sentirse útil y contribuir positivamente a la vida de los demás. Encuentra su realización en dar, cuidar y hacer una diferencia. El Benefactor a menudo se siente atraído por las profesiones de ayuda y servicio, donde puede expresar plenamente su vocación altruista. Se siente responsable por el bienestar de aquellos que lo rodean y puede tener dificultades para establecer límites.</w:t>
        <w:br/>
        <w:br/>
        <w:t>Las cualidades principales del Benefactor son la generosidad, la compasión, la paciencia y la abnegación. Muestra una gran capacidad de escucha y de ponerse en el lugar de los demás. El Benefactor tiene el don de confortar, tranquilizar y devolver la esperanza. Cree en la bondad fundamental del ser humano y busca ver lo mejor en cada uno. Su presencia benevolente es un verdadero bálsamo para los que sufren.</w:t>
        <w:br/>
        <w:br/>
        <w:t>Sin embargo, la sombra del Benefactor reside en su sacrificio personal, su falta de asertividad y en su tendencia a olvidarse de sí mismo. Cuando está mal integrado, este arquetipo puede convertirse en un mártir que se agota tratando de salvar a todos. El Benefactor también puede resultar invasivo, controlador o manipulador en su manera de ayudar a los demás. Su reto es aprender a cuidar de sí mismo y a respetar la libertad de aquellos a quienes ayuda.</w:t>
        <w:br/>
        <w:br/>
        <w:t>Para evolucionar, el Benefactor debe aprender a encontrar un equilibrio entre dar y recibir. Necesita desarrollar una asertividad saludable para establecer límites y expresar sus propias necesidades. Al descubrir que cuidar de sí mismo es una forma de generosidad, puede convertirse en un cuidador aún más efectivo e inspirador. El Benefactor maduro comprende que el verdadero servicio implica empoderar a los demás, en lugar de asistirlos.</w:t>
        <w:br/>
        <w:br/>
        <w:t>En los cuentos, el arquetipo del Benefactor se encarna a través de personajes como la Hada Madrina en Cenicienta o la Hada Azul en Pinocho, quienes aportan su ayuda mágica a los héroes en apuros. En el cine, un personaje como Oskar Schindler en La Lista de Schindler ilustra el coraje y la humanidad del Benefactor, dispuesto a arriesgar su vida para salvar a los inocentes del Holocausto.</w:t>
        <w:br/>
        <w:br/>
        <w:t>En el coaching, identificar el arquetipo del Benefactor en un cliente permite ayudarlo a reconocer y valorar sus cualidades de corazón y su generosidad. También se trata de invitarlo a explorar su relación con el don y la reciprocidad, con el fin de desarrollar relaciones más equilibradas y satisfactorias. A menudo será necesario un trabajo sobre la autoafirmación y la gestión del estrés para llevarlo hacia una mayor armonía interior.</w:t>
        <w:br/>
        <w:br/>
        <w:t>Al igual que con el Guerrero, el desafío será ayudar al Benefactor a integrar su vulnerabilidad y sus propias necesidades. Alentándolo a recibir con gratitud y a practicar la benevolencia hacia sí mismo, el coach lo invitará a descubrir una nueva forma de generosidad: aquella que incluye y honra su propia persona. Así, el Benefactor podrá irradiar plenamente e inspirar a los demás con su altruismo auténtico y duradero.</w:t>
        <w:br/>
        <w:br/>
        <w:t>Puntos para recordar :</w:t>
        <w:br/>
        <w:br/>
        <w:t>- El arquetipo del Benefactor encarna la generosidad, la compasión y la dedicación. Aspira a ayudar a los demás y a mejorar el mundo.</w:t>
        <w:br/>
        <w:br/>
        <w:t>- La búsqueda del Benefactor es sentirse útil aportando una contribución positiva a la vida de los demás. A menudo se siente atraído por las profesiones de ayuda y servicio.</w:t>
        <w:br/>
        <w:br/>
        <w:t>- Las cualidades principales del Benefactor son la generosidad, la compasión, la paciencia y la abnegación. Tiene el don de confortar y devolver la esperanza.</w:t>
        <w:br/>
        <w:br/>
        <w:t>- La sombra del Benefactor reside en su sacrificio personal, su falta de asertividad y su tendencia a olvidarse de sí mismo. Puede convertirse en un mártir que se agota o llegar a ser invasivo.</w:t>
        <w:br/>
        <w:br/>
        <w:t>- Para evolucionar, el Benefactor debe encontrar un equilibrio entre dar y recibir, desarrollar una asertividad saludable y entender que cuidar de sí mismo es una forma de generosidad.</w:t>
        <w:br/>
        <w:br/>
        <w:t>- En el coaching, se debe ayudar al Benefactor a valorar sus cualidades de corazón, explorar su relación con el don y la reciprocidad, trabajar en la autoafirmación y alentarlo a practicar la benevolencia hacia sí mismo.</w:t>
        <w:br/>
        <w:br/>
        <w:t>Aquí hay un resumen de los puntos clave a recordar sobre el arquetipo del Benefactor :</w:t>
        <w:br/>
        <w:br/>
        <w:t>Puntos para recordar :</w:t>
        <w:br/>
        <w:br/>
        <w:t>- El Benefactor encarna la generosidad, la compasión y la dedicación. Aspira a ayudar a los demás y a mejorar el mundo, sin pedir nada a cambio.</w:t>
        <w:br/>
        <w:br/>
        <w:t>- Su búsqueda es sentirse útil aportando positivamente a la vida de los demás. A menudo se siente atraído por los trabajos de cuidado y servicio.</w:t>
        <w:br/>
        <w:br/>
        <w:t>- Sus principales cualidades son la empatía, la paciencia, la abnegación. Tiene el don de confortar, tranquilizar y devolver la esperanza.</w:t>
        <w:br/>
        <w:br/>
        <w:t>- Su sombra reside en el sacrificio de sí mismo excesivo, la falta de asertividad, y la tendencia a olvidarse de sí mismo. Puede agotarse queriendo salvar a todos, o llegar a ser invasivo.</w:t>
        <w:br/>
        <w:br/>
        <w:t>- Para evolucionar, necesita encontrar un equilibrio entre dar y recibir, establecer límites saludables, cuidar de sí mismo. Recibir también es una forma de generosidad.</w:t>
        <w:br/>
        <w:br/>
        <w:t>- En el coaching, se debe ayudarlo a valorar sus cualidades de corazón, explorar su relación con el don, desarrollar la autoafirmación y la benevolencia hacia sí mismo.</w:t>
        <w:br/>
        <w:br/>
        <w:t>En resumen, el Benefactor es un ser profundamente altruista que necesita aprender a cuidar también de sus propias necesidades para poder ayudar a los demás de una manera equilibrada e inspiradora.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