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37291c4d-01bd-499e-a9c0-7fb80fb61d8e.jpg"/>
                    <pic:cNvPicPr/>
                  </pic:nvPicPr>
                  <pic:blipFill>
                    <a:blip r:embed="rId9"/>
                    <a:stretch>
                      <a:fillRect/>
                    </a:stretch>
                  </pic:blipFill>
                  <pic:spPr>
                    <a:xfrm>
                      <a:off x="0" y="0"/>
                      <a:ext cx="5486400" cy="3135086"/>
                    </a:xfrm>
                    <a:prstGeom prst="rect"/>
                  </pic:spPr>
                </pic:pic>
              </a:graphicData>
            </a:graphic>
          </wp:inline>
        </w:drawing>
      </w:r>
    </w:p>
    <w:p>
      <w:r>
        <w:t>El arquetipo del Explorador encarna la sed de aventura, la curiosidad insaciable y el deseo de superar los límites del mundo conocido. Representa esa parte de nosotros que aspira a descubrir nuevos horizontes, a liberarse de las convenciones para trazar su propio camino. El Explorador es el pionero intrépido que se atreve a aventurarse en terrenos desconocidos, impulsado por una búsqueda existencial de significado y libertad.</w:t>
        <w:br/>
        <w:br/>
        <w:t>La búsqueda fundamental del Explorador es confrontarse con la alteridad del mundo para descubrirse a sí mismo. Busca experimentar la vida en toda su riqueza y diversidad, fuera de los caminos trillados. El Explorador es un ser de desafío y conquista que pone constantemente a prueba sus recursos internos frente a la adversidad. Cree en el valor iniciático del viaje como vía de transformación y realización personal.</w:t>
        <w:br/>
        <w:br/>
        <w:t>Las cualidades principales del Explorador son la osadía, la adaptabilidad, la curiosidad y la autonomía. Muestra un gran valor para enfrentar lo desconocido y superar sus miedos. El Explorador sabe demostrar flexibilidad y creatividad para adaptarse a situaciones imprevistas. Su mente abierta y su deseo de aprender le empujan a encontrarse con el otro y enriquecerse con nuevas perspectivas. Su independencia y su habilidad para arreglárselas por sí mismo le permiten trazar su camino con total libertad.</w:t>
        <w:br/>
        <w:br/>
        <w:t>Sin embargo, la sombra del Explorador reside en su inestabilidad, su insatisfacción crónica y su huída hacia adelante. Cuando no está bien integrado, este arquetipo puede convertirse en un eterno insatisfecho que vuela de flor en flor sin comprometerse en ninguna parte. El Explorador también puede mostrarse egocéntrico, olvidando sus lazos y responsabilidades en su frenética búsqueda de novedad. Su desafío es aprender a conciliar su necesidad de aventura con la capacidad de comprometerse y cultivar relaciones duraderas.</w:t>
        <w:br/>
        <w:br/>
        <w:t>Para evolucionar, el Explorador debe aprender a dar un sentido a sus experiencias y a integrarlas en un proyecto de vida coherente. Necesita desarrollar su discernimiento para elegir sus desafíos de acuerdo con sus valores profundos. Al descubrir que la verdadera exploración es tanto interna como externa, puede convertirse en un inspirador buscador de la verdad. El Explorador maduro es un ser arraigado y abierto que sabe combinar el compromiso y la libertad al servicio de su plenitud.</w:t>
        <w:br/>
        <w:br/>
        <w:t>En la literatura, el arquetipo del Explorador se encarna a través de figuras tales como Ulises, Marco Polo o incluso Jack Kerouac y su novela En la carretera(On the Road), quienes han marcado la imaginación con sus viajes iniciáticos. En el cine, personajes como Indiana Jones o Cheryl Strayed en Wild ilustran la sed de aventura y el coraje del Explorador, dispuesto a abandonarlo todo para embarcarse en una búsqueda existencial.</w:t>
        <w:br/>
        <w:br/>
        <w:t>En coaching, reconocer el arquetipo del Explorador en un cliente permite ayudarle a clarificar su sed de sentido y su necesidad de realizarse plenamente. Se trata de invitarle a identificar sus aspiraciones profundas, a atreverse a salir de su zona de confort para abrazar lo desconocido. Un trabajo sobre la gestión del riesgo, la adaptabilidad y la perseverancia será a menudo necesario para llevarle a transformar sus sueños de aventura en proyectos concretos.</w:t>
        <w:br/>
        <w:br/>
        <w:t>Como con el Sabio, el reto será ayudar al Explorador a encontrar un equilibrio entre el movimiento y el anclaje, la independencia y la interdependencia. Alentándolo a desarrollar su autoconciencia y su responsabilidad, el coach le invitará a descubrir una nueva forma de exploración: aquella que enriquece e inspira, en lugar de dispersar o huir. Así, el Explorador podrá vivir plenamente su búsqueda de autenticidad y superación, convirtiéndose en un aventurero del alma al servicio de su evolución y la del mundo.</w:t>
        <w:br/>
        <w:br/>
        <w:t>Puntos para recordar:</w:t>
        <w:br/>
        <w:br/>
        <w:t>- El Explorador encarna la sed de aventura, la curiosidad y el deseo de superar los límites. Busca descubrir nuevos horizontes y trazar su propio camino.</w:t>
        <w:br/>
        <w:br/>
        <w:t>- Su búsqueda es confrontarse con la alteridad del mundo para descubrirse a sí mismo, a través de la experiencia directa de la vida fuera de los caminos trillados.</w:t>
        <w:br/>
        <w:br/>
        <w:t>- Sus cualidades principales son la audacia, la adaptabilidad, la curiosidad y la autonomía. Es valiente, creativo, de mente abierta y resuelve problemas por si solo.</w:t>
        <w:br/>
        <w:br/>
        <w:t>- Su sombra reside en la inestabilidad, la insatisfacción crónica y la huida hacia adelante. Puede convertirse en un eterno insatisfecho, egocéntrico y olvidadizo de sus lazos.</w:t>
        <w:br/>
        <w:br/>
        <w:t>- Para evolucionar, el Explorador debe dar sentido a sus experiencias, desarrollar su discernimiento y conciliar su necesidad de aventura con el compromiso y las relaciones duraderas.</w:t>
        <w:br/>
        <w:br/>
        <w:t>- En coaching, se trata de ayudar al Explorador a clarificar su búsqueda de sentido, atreverse a salir de su zona de confort, gestionar el riesgo y encontrar un equilibrio entre movimiento y anclaje, independencia e interdependencia.</w:t>
        <w:br/>
        <w:br/>
        <w:t xml:space="preserve">- El objetivo es que se convierta en un aventurero del alma al servicio de su evolución y la del mundo, viviendo una exploración que enriquece e inspira en lugar de dispersar o huir. </w:t>
        <w:br/>
        <w:br/>
        <w:t>Aquí hay un resumen de los puntos clave sobre el arquetipo del Explorador:</w:t>
        <w:br/>
        <w:br/>
        <w:t>Puntos para recordar:</w:t>
        <w:br/>
        <w:br/>
        <w:t>- El Explorador encarna la sed de aventura, la curiosidad y el deseo de superar los límites. Aspira a descubrir nuevos horizontes y a liberarse de las convenciones para trazar su propio camino.</w:t>
        <w:br/>
        <w:br/>
        <w:t>- Su búsqueda fundamental es enfrentarse a la alteridad del mundo para descubrirse a sí mismo, a través de la experiencia directa de la vida fuera de los caminos trillados.</w:t>
        <w:br/>
        <w:br/>
        <w:t>- Sus cualidades principales son la osadía, la adaptabilidad, la curiosidad y la autonomía. El Explorador es valiente, creativo, de mente abierta y resuelve problemas por si solo.</w:t>
        <w:br/>
        <w:br/>
        <w:t>- Su sombra reside en la inestabilidad, la insatisfacción crónica y la huída hacia adelante. Cuando no está bien integrado, puede convertirse en un eterno insatisfecho, egocéntrico y olvidadizo de sus lazos.</w:t>
        <w:br/>
        <w:br/>
        <w:t>- Para evolucionar, el Explorador debe aprender a dar sentido a sus experiencias, desarrollar su discernimiento y conciliar su necesidad de aventura con la capacidad de comprometerse y cultivar relaciones duraderas.</w:t>
        <w:br/>
        <w:br/>
        <w:t>- En coaching, se trata de ayudar al Explorador a clarificar su sed de sentido, atreverse a salir de su zona de confort, gestionar el riesgo y encontrar un equilibrio entre movimiento y anclaje, independencia e interdependencia.</w:t>
        <w:br/>
        <w:br/>
        <w:t>- El reto es que se convierta en un aventurero del alma al servicio de su evolución y la del mundo, viviendo una exploración que enriquece e inspira en lugar de dispersar o huir.</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