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ac9aeb66-7d31-4b59-ba3b-f3107f1aa176.jpg"/>
                    <pic:cNvPicPr/>
                  </pic:nvPicPr>
                  <pic:blipFill>
                    <a:blip r:embed="rId9"/>
                    <a:stretch>
                      <a:fillRect/>
                    </a:stretch>
                  </pic:blipFill>
                  <pic:spPr>
                    <a:xfrm>
                      <a:off x="0" y="0"/>
                      <a:ext cx="5486400" cy="3135086"/>
                    </a:xfrm>
                    <a:prstGeom prst="rect"/>
                  </pic:spPr>
                </pic:pic>
              </a:graphicData>
            </a:graphic>
          </wp:inline>
        </w:drawing>
      </w:r>
    </w:p>
    <w:p>
      <w:r>
        <w:t>El proceso de integración de la sombra es un camino progresivo y no lineal. Requiere paciencia, humildad y compasión hacia uno mismo. Es un trabajo de toda la vida que pasa por diferentes etapas.</w:t>
        <w:br/>
        <w:br/>
        <w:t>El primer paso es tomar conciencia de su sombra. Esto a menudo comienza con un shock, una crisis o una retroalimentación perturbadora que nos devuelve una imagen de nosotros mismos que no nos gusta ver. Nuestras reacciones desproporcionadas, nuestros juicios excesivos sobre los demás, nuestros sueños perturbadores son tantos indicadores de nuestra sombra. Pero la mayoría de las veces, estamos ciegos a estas señales y se necesita un evento importante para desencadenar un cuestionamiento.</w:t>
        <w:br/>
        <w:br/>
        <w:t>El segundo paso es la observación y aceptación de la sombra. Esto significa aprender a mirar de frente a los aspectos de nosotros mismos que rechazamos, sin juzgarlos ni condenarlos. Es un ejercicio difícil que a menudo provoca vergüenza, culpa o miedo. Es tentador desviarse de la sombra, minimizarla o racionalizarla. Pero es almos recibirla con amabilidad y curiosidad que podemos comenzar a domesticarla.</w:t>
        <w:br/>
        <w:br/>
        <w:t>Una herramienta valiosa para esta etapa es la escritura de un diario de la sombra. Cada día, se pueden anotar las manifestaciones de la sombra: pensamientos negativos, impulsos confesables, proyecciones sobre los demás, etc. Al poner palabras en nuestra sombra, la hacemos más concreta y disminuimos su carga emocional. También se puede dialogar con ella por escrito, hacerle preguntas, escuchar su punto de vista.</w:t>
        <w:br/>
        <w:br/>
        <w:t>El tercer paso es confrontar a la sombra. Es el momento en que se atreve a expresar ciertos aspectos de su sombra en espacios seguros. Por ejemplo, se puede permitir expresar la ira en lugar de reprimirla, o asumir ciertos deseos egoístas en lugar de siempre poner a los demás primero. Es una etapa delicada porque no se trata de actuar de manera imprudente, sino de experimentar nuevas facetas de uno mismo de manera controlada.</w:t>
        <w:br/>
        <w:br/>
        <w:t>Esta confrontación puede realizarse a través de juegos de roles, teatro, actividades físicas, creación artística. El objetivo es dar un lugar aceptable a los impulsos de la sombra para que ya no nos dominen. Por ejemplo, una persona que tiene miedo de su agresividad puede explorarla en una clase de artes marciales. Al darle un punto de venta estructurado, aprende a canalizarla.</w:t>
        <w:br/>
        <w:br/>
        <w:t>El cuarto paso es la integración de la sombra. Es el momento en el que logramos hacer un lugar para la sombra en nuestra personalidad consciente. Ya no la huimos, ya no luchamos contra ella, la tratamos. Descubrimos que nuestra sombra es una fuente de vitalidad, autenticidad y creatividad inesperada. Nos sentimos más completos, más vivos, más libres.</w:t>
        <w:br/>
        <w:br/>
        <w:t>Pero la integración de la sombra nunca es total ni definitiva. Es un proceso cíclico que se renueva a lo largo de la vida, a través de las experiencias y las etapas. Con cada paso, nuestro Yo se amplía y se enriquece al contacto con nuestra sombra. Nos volvemos más maduros, más matizados, más tolerantes con nosotros mismos y con los demás.</w:t>
        <w:br/>
        <w:br/>
        <w:t>Los beneficios de este trabajo con la sombra son inmensos: mejor autoconocimiento, relaciones más auténticas, energía y creatividad aumentadas, resistencia ante las adversidades. Pero es un camino arduo que requiere un verdadero compromiso con el desarrollo personal. Puede ser aconsejable obtener el apoyo de un terapeuta o un entrenador capacitado en enfoques junguianos para facilitar este proceso.</w:t>
        <w:br/>
        <w:br/>
        <w:t>Puntos a recordar:</w:t>
        <w:br/>
        <w:br/>
        <w:t>- La integración de la sombra es un proceso progresivo y no lineal que se realiza en varias etapas: conciencia, observación y aceptación, confrontación e integración.</w:t>
        <w:br/>
        <w:br/>
        <w:t>- La toma de conciencia de la sombra a menudo se desencadena por un evento significativo que nos arroja una imagen perturbadora de nosotros mismos.</w:t>
        <w:br/>
        <w:br/>
        <w:t>- La observación y la aceptación de la sombra consisten en darle la bienvenida con amabilidad y curiosidad a los aspectos de nosotros mismos que rechazamos. La escritura de un diario de la sombra es una herramienta valiosa para esta etapa.</w:t>
        <w:br/>
        <w:br/>
        <w:t>- La confrontación con la sombra permite experimentar nuevas facetas de uno mismo de manera controlada, a través de actividades como el role play, el teatro o la creación artística. El objetivo es dar un lugar aceptable a los impulsos de la sombra.</w:t>
        <w:br/>
        <w:br/>
        <w:t>- La integración de la sombra permite convivir con ella y descubrir que es una fuente de vitalidad, autenticidad y creatividad. Es un proceso cíclico que se renueva a lo largo de la vida.</w:t>
        <w:br/>
        <w:br/>
        <w:t>- Los beneficios de este trabajo son numerosos: mejor autoconocimiento, relaciones más auténticas, energía y creatividad aumentadas, resistencia a las pruebas. Pero es un camino áspero que puede requerir la ayuda de un profesional.</w:t>
        <w:br/>
        <w:br/>
        <w:t>Aquí te dejo un resumen de los puntos clave a recordar de este texto sobre el proceso de integración de la sombra:</w:t>
        <w:br/>
        <w:br/>
        <w:t>Puntos a recordar:</w:t>
        <w:br/>
        <w:br/>
        <w:t>- La integración de la sombra es un camino progresivo en varias etapas: toma de conciencia, observación y aceptación, confrontación e integración. Se trata de un proceso no lineal que se renueva a lo largo de la vida.</w:t>
        <w:br/>
        <w:br/>
        <w:t>- La toma de conciencia a menudo se desencadena por un evento importante que revela un aspecto perturbador de nosotros mismos.</w:t>
        <w:br/>
        <w:br/>
        <w:t>- La observación y la aceptación consisten en recibir la sombra con amabilidad y curiosidad, sin juicio. Mantener un diario de la sombra ayuda en esta etapa.</w:t>
        <w:br/>
        <w:br/>
        <w:t>- La confrontación permite experimentar controladamente ciertos aspectos de la sombra a través de actividades ordenadas (juegos de roles, teatro, artes, deportes), para darles un lugar aceptable.</w:t>
        <w:br/>
        <w:br/>
        <w:t>- La integración permite lidiar con la sombra y descubrir que es una fuente de vitalidad, autenticidad y creatividad. Nuestro yo se expande al contacto con ella.</w:t>
        <w:br/>
        <w:br/>
        <w:t>- Este trabajo trae muchos beneficios (mejor autoconocimiento, relaciones auténticas, energía y creatividad aumentadas, resistencia), pero es un camino exigente que puede requerir apoyo.</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