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e75317c3-960e-40b8-accf-47fb6c4f1475.jpg"/>
                    <pic:cNvPicPr/>
                  </pic:nvPicPr>
                  <pic:blipFill>
                    <a:blip r:embed="rId9"/>
                    <a:stretch>
                      <a:fillRect/>
                    </a:stretch>
                  </pic:blipFill>
                  <pic:spPr>
                    <a:xfrm>
                      <a:off x="0" y="0"/>
                      <a:ext cx="5486400" cy="3135086"/>
                    </a:xfrm>
                    <a:prstGeom prst="rect"/>
                  </pic:spPr>
                </pic:pic>
              </a:graphicData>
            </a:graphic>
          </wp:inline>
        </w:drawing>
      </w:r>
    </w:p>
    <w:p>
      <w:r>
        <w:t>La introspección y el autoconocimiento son pilares fundamentales en el proceso de descubrimiento de tu Ikigai. De hecho, para identificar lo que nos mueve profundamente, lo que da sentido a nuestra vida, es esencial sumergirnos dentro de nosotros mismos y explorar nuestro mundo interior.</w:t>
        <w:br/>
        <w:br/>
        <w:t>La introspección es un acto de reflexión y observación de nuestros propios pensamientos, emociones, valores y aspiraciones. Es un momento de pausa y conexión con uno mismo, lejos de las distracciones y las influencias exteriores. Al practicar regularmente la introspección, desarrollamos una mejor comprensión de quiénes somos, de lo que nos hace vibrar y de lo que nos impide avanzar.</w:t>
        <w:br/>
        <w:br/>
        <w:t>El autoconocimiento es el fruto de esta exploración interna. Incluye la conciencia de nuestras fortalezas y debilidades, nuestras pasiones y miedos, nuestros sueños y creencias limitantes. Al conocernos profundamente, podemos alinear nuestras opciones y acciones con nuestro ser auténtico.</w:t>
        <w:br/>
        <w:br/>
        <w:t>Sócrates, el famoso filósofo griego, afirmaba que "la vida sin examen no vale la pena vivirla". La introspección es ese examen valiente y honesto de nuestra vida interior. Nos invita a cuestionar nuestras automatismos, nuestros hábitos y nuestras condicionamientos para acceder a una verdad más profunda sobre nosotros mismos.</w:t>
        <w:br/>
        <w:br/>
        <w:t>Concretamente, la introspección puede adoptar diferentes formas : la meditación, la escritura en un diario personal, las conversaciones profundas con personas cercanas, los retiros en silencio, etc. Lo esencial es crear un espacio seguro y compasivo para encontrarse a uno mismo con curiosidad y sin juicio.</w:t>
        <w:br/>
        <w:br/>
        <w:t>El autoconocimiento es un proceso continuo, que evoluciona a lo largo de las experiencias y las etapas de la vida. Requiere humildad y paciencia, ya que siempre hay nuevas facetas de nosotros mismos por descubrir y dominar. Pero es un camino infinitamente valioso, ya que nos permite vivir de acuerdo con nuestra naturaleza profunda y tomar decisiones alineadas con nuestro Ikigai.</w:t>
        <w:br/>
        <w:br/>
        <w:t>En el contexto de la coaching Ikigai, el apoyo a la introspección y al autoconocimiento es un hilo conductor a lo largo del proceso. El coach crea un espacio de confianza y seguridad para que el cliente pueda explorar su mundo interior, aclarar sus aspiraciones y bloqueos, y reconectar con su esencia. A través de herramientas como la cuestionamiento poderoso, los ejercicios de visualización y las puestas en situaciones, el coach guía al cliente en esta inmersión en sí mismo, etapa indispensable para hacer emerger su Ikigai.</w:t>
        <w:br/>
        <w:br/>
        <w:t>Por ejemplo, el coach puede sugerir al cliente que mantenga un diario de gratitud durante varias semanas, anotando cada día tres cosas por las que está agradecido. Este ejercicio simple pero profundo permite desarrollar una mayor conciencia de lo que realmente importa para uno mismo y cultivar una visión positiva de la vida.</w:t>
        <w:br/>
        <w:br/>
        <w:t>O bien, el coach puede guiar una meditación en la que el cliente se proyecta en un momento en que se sintió profundamente vivo y alineado. Explorando las sensaciones, las emociones y los valores asociados a este momento, el cliente accede a información valiosa sobre lo que le hace vibrar y lo que desea cultivar más en su vida.</w:t>
        <w:br/>
        <w:br/>
        <w:t>La introspección y el autoconocimiento, por lo tanto, son la base esencial sobre la cual se construye todo el proceso de descubrimiento de nuestro Ikigai. Requieren coraje, apertura y bondad hacia uno mismo, pero abren el camino a una vida más auténtica, más satisfactoria y más llena de significado.</w:t>
        <w:br/>
        <w:br/>
        <w:t>Puntos claves:</w:t>
        <w:br/>
        <w:br/>
        <w:t>- La introspección y el autoconocimiento son esenciales para descubrir nuestro Ikigai, lo que le da sentido a nuestra vida.</w:t>
        <w:br/>
        <w:br/>
        <w:t>- La introspección es un acto de reflexión y observación de nuestro mundo interior (pensamientos, emociones, valores, aspiraciones).</w:t>
        <w:br/>
        <w:br/>
        <w:t>- El autoconocimiento resulta de esta exploración interna e incluye la consciencia de nuestras fortalezas, debilidades, pasiones, miedos, sueños y creencias limitantes.</w:t>
        <w:br/>
        <w:br/>
        <w:t>- La introspección invita a cuestionar nuestros automatismos, hábitos y condicionantes para acceder a una verdad más profunda sobre nosotros mismos.</w:t>
        <w:br/>
        <w:br/>
        <w:t>- La introspección puede adoptar diferentes formas: meditación, escritura, conversaciones profundas, retiros en silencio, etc.</w:t>
        <w:br/>
        <w:br/>
        <w:t>- El autoconocimiento es un proceso continuo que evoluciona a medida que la vida experimenta e implica humildad y paciencia.</w:t>
        <w:br/>
        <w:br/>
        <w:t>- En la coaching Ikigai, el apoyo a la introspección es un hilo conductor, con herramientas como cuestionamiento poderoso, ejercicios de visualización y situaciones reales de práctica.</w:t>
        <w:br/>
        <w:br/>
        <w:t>- Los ejercicios como llevar un diario de gratitud o meditaciones guiadas pueden ayudar a desarrollar una mayor conciencia de uno mismo y lo que realmente importa.</w:t>
        <w:br/>
        <w:br/>
        <w:t>- La introspección y el autoconocimiento son la base sobre la cual se construye el proceso de descubrimiento de nuestro Ikigai, abriendo el camino a una vida más auténtica y satisfactoria.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