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r>
        <w:drawing>
          <wp:inline xmlns:a="http://schemas.openxmlformats.org/drawingml/2006/main" xmlns:pic="http://schemas.openxmlformats.org/drawingml/2006/picture">
            <wp:extent cx="5486400" cy="3135086"/>
            <wp:docPr id="1" name="Picture 1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896009da-fded-4211-a028-d19464066bf9.jpg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486400" cy="3135086"/>
                    </a:xfrm>
                    <a:prstGeom prst="rect"/>
                  </pic:spPr>
                </pic:pic>
              </a:graphicData>
            </a:graphic>
          </wp:inline>
        </w:drawing>
      </w:r>
    </w:p>
    <w:p>
      <w:r>
        <w:t>El Ikigai y el pensamiento Zen comparten una afinidad profunda en su búsqueda de significado, presencia y autorrealización. El Zen, una rama del budismo que ha influido profundamente en la cultura japonesa, ofrece una visión valiosa sobre el concepto de Ikigai y cómo cultivar una existencia anclada en el presente.</w:t>
        <w:br/>
        <w:br/>
        <w:t>En el corazón del pensamiento Zen se encuentra la práctica de la meditación, o "zazen". Este asiento silencioso e inmóvil tiene como objetivo calmar el flujo constante de pensamientos para acceder a un estado de conciencia clara y presencia total. Al cultivar esta calidad de atención, el Zen nos invita a conectarnos plenamente con cada instante, a abrazar la vida en toda su riqueza y simplicidad. Esta presencia consigo mismo y con el mundo resuena con la búsqueda de Ikigai, que nos anima a involucrarnos plenamente en las actividades que dan sentido a nuestra existencia, a encontrar nuestro propósito en el momento presente en lugar de en un futuro hipotético.</w:t>
        <w:br/>
        <w:br/>
        <w:t>El Zen también nos enseña el arte de soltar, la capacidad de aceptar la vida tal como es, sin apegarnos a los deseos y aversiones que agitan nuestra mente. Al cultivar un estado de ecuanimidad y desapego interior, aprendemos a navegar en los altibajos de la existencia con serenidad y resiliencia. Esta sabiduría del desapego puede alimentar nuestra búsqueda de Ikigai, ayudándonos a superar los obstáculos y las dudas que se interponen en nuestro camino. Nos invita a abrazar nuestra verdadera naturaleza, a aceptar nuestras fortalezas y debilidades con amabilidad, en lugar de perdernos en una búsqueda ilusoria de perfección.</w:t>
        <w:br/>
        <w:br/>
        <w:t>Un ejemplo sorprendente de la convergencia entre el Zen y el Ikigai es el de las artes marciales japonesas, como el karate, el judo o el aikido. Estas disciplinas, que combinan rigor físico y desarrollo espiritual, están profundamente impregnadas del pensamiento Zen. La práctica intensiva de los katas (secuencias codificadas), la búsqueda de la perfección del movimiento y el compromiso total del cuerpo y la mente reflejan esta búsqueda de presencia y autocontrol. Para muchos maestros de artes marciales, su disciplina es mucho más que un deporte o un medio de autodefensa: es un Ikigai, un camino de realización personal y conexión con valores profundamente arraigados como el respeto, la valentía y la humildad.</w:t>
        <w:br/>
        <w:br/>
        <w:t>El Zen también nos invita a cultivar una actitud de principiante, una actitud de apertura y frescura en nuestra relación con el mundo. En lugar de encerrarnos en nuestras certezas y rutinas, nos anima a abordar cada situación con curiosidad y asombro, como si la descubriéramos por primera vez. Esta capacidad para reinventarnos, para liberarnos de nuestros condicionamientos y acoger lo nuevo, es una cualidad valiosa para alimentar nuestro Ikigai. Nos permite permanecer abiertos a oportunidades inesperadas, descubrir nuevas facetas de nosotros mismos y de los demás, enriquecer continuamente nuestra visión del mundo y nuestro propósito en la vida.</w:t>
        <w:br/>
        <w:br/>
        <w:t>El pensamiento Zen también pone énfasis en la interdependencia de todos los seres y fenómenos. Nos recuerda que no somos entidades aisladas, sino partes de una vasta red de relaciones que nos vincula a todo lo viviente. Esta conciencia de nuestra interconexión profunda con el mundo puede alimentar nuestra búsqueda de Ikigai, dando una dimensión más amplia y altruista a nuestro propósito en la vida. Nos invita a cultivar la compasión, a trabajar por el bien común, a encontrar un sentido en el servicio a los demás y al planeta.</w:t>
        <w:br/>
        <w:br/>
        <w:t>Un ejemplo inspirador de esta convergencia entre Zen e Ikigai es el de Thich Nhat Hanh, monje budista vietnamita y activista por la paz. A lo largo de su vida, ha encarnado un compromiso total con el servicio a la no violencia, el diálogo interreligioso y la atención plena. Su Ikigai, profundamente arraigado en la práctica del Zen, le ha llevado a fundar comunidades de práctica comprometidas con la acción social, a escribir numerosos libros para compartir la sabiduría del budismo, y a trabajar incansablemente por la reconciliación y la paz. Su camino ilustra cómo la búsqueda del despertar interior propios del Zen puede traducirse en un compromiso concreto para transformar el mundo y aliviar el sufrimiento.</w:t>
        <w:br/>
        <w:br/>
        <w:t>El Zen y el Ikigai nos invitan a una búsqueda de significado anclada en la presencia en uno mismo y en el mundo. Nos alientan a encontrar nuestro camino único cultivando el desapego, la apertura mental y la conciencia de nuestra interdependencia con todos los seres. Al abrazar la sabiduría del Zen en nuestra búsqueda de Ikigai, aprendemos a alinear nuestra vida interior con nuestra vida exterior, a encontrar un equilibrio entre el desarrollo personal y el servicio a los demás. Este camino de realización, a la vez íntimo y universal, nos ofrece una guía valiosa para navegar en los desafíos de la existencia y trazar nuestro propio camino hacia una vida llena de significado y plenitud.</w:t>
        <w:br/>
        <w:br/>
        <w:t>El encuentro entre el Zen y el Ikigai abre un espacio de reflexión y práctica para cultivar el arte de vivir en plena conciencia. Nos invita a abrazar el momento presente en toda su riqueza y simplicidad, a encontrar nuestro propósito en el compromiso total con cada instante. Al cultivar la atención plena, el desapego y la apertura de mente propios del Zen, creamos las condiciones propicias para el surgimiento y florecimiento de nuestro Ikigai. Este enfoque, tanto espiritual como pragmático, nos ofrece un camino de sabiduría y autorrealización, una invitación a vivir plena y auténticamente, en armonía con nuestra verdadera naturaleza y con el mundo que nos rodea.</w:t>
        <w:br/>
        <w:br/>
        <w:t>Puntos a recordar:</w:t>
        <w:br/>
        <w:br/>
        <w:t>1. Ikigai y Zen comparten una búsqueda de significado, presencia y autorrealización.</w:t>
        <w:br/>
        <w:br/>
        <w:t>2. La práctica de la meditación (zazen) en el Zen tiene como objetivo calmar la mente y cultivar una atención plena, en relación con la búsqueda de Ikigai.</w:t>
        <w:br/>
        <w:br/>
        <w:t>3. El Zen enseña el arte del desapego y la aceptación de la vida tal como es, una sabiduría que puede alimentar la búsqueda de Ikigai.</w:t>
        <w:br/>
        <w:br/>
        <w:t>4. Las artes marciales japonesas, impregnadas del pensamiento Zen, ilustran la convergencia entre Zen e Ikigai, combinando rigor físico y desarrollo espiritual.</w:t>
        <w:br/>
        <w:br/>
        <w:t>5. El Zen anima a cultivar una mentalidad de principiante, una actitud de apertura y curiosidad, valiosa para alimentar el Ikigai.</w:t>
        <w:br/>
        <w:br/>
        <w:t>6. El pensamiento Zen resalta la interdependencia de todos los seres, invitándonos a encontrar sentido en el servicio a los demás y al planeta.</w:t>
        <w:br/>
        <w:br/>
        <w:t>7. Thich Nhat Hanh, monje budista y activista por la paz, personifica la convergencia entre Zen e Ikigai, traduciendo su búsqueda de iluminación interior en un compromiso concreto para transformar el mundo.</w:t>
        <w:br/>
        <w:br/>
        <w:t>8. El Zen y el Ikigai invitan a alinear la vida interior y exterior, cultivando la atención plena, el desapego y la apertura mental, para vivir plena y auténticamente.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9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