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de1e8ab7-76e1-4698-9699-13f57d6d4837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La estrategia de los Reflectores es uno de los aspectos más importantes y transformadores del Diseño Humano. Es la clave para vivir una vida alineada con su auténtica naturaleza y para tener un impacto significativo en el mundo que los rodea. Como hemos visto en el submódulo anterior, los Reflectores están diseñados para "guíar" y "dirigir" en lugar de generar o manifestar. ¿Pero qué implica exactamente esto?</w:t>
        <w:br/>
        <w:br/>
        <w:t>Esperar la invitación significa esperar a ser reconocido e invitado antes de compartir sus insights o comprometerse con proyectos. Esta es una forma para que los Reflectores honren su energía única y eviten el agotamiento y la frustración. Al esperar la invitación, se aseguran de que sus dones son deseados y apreciados, y que cuentan con la energía y el apoyo necesarios para brillar realmente.</w:t>
        <w:br/>
        <w:br/>
        <w:t>Cuando un Reflector intenta imponerse o forzar cosas sin invitación, puede encontrar resistencia, rechazo o indiferencia. Esto se debe a que su energía no está diseñada para imponerse, sino para atraer la atención y el reconocimiento de manera natural. Al tratar de forzar las cosas, los Reflectores pueden sentirse rápidamente agotados, frustrados y subvalorados.</w:t>
        <w:br/>
        <w:br/>
        <w:t>Tomemos el ejemplo de un Reflector que tiene una idea brillante para un nuevo proyecto en el trabajo. Si se precipita a hablar de ella con su jefe sin haber sido invitado, puede ser rechazado o ignorado. Pero si espera pacientemente a ser reconocido por su experiencia e invitado a compartir sus ideas, tiene muchas más posibilidades de ser escuchado y apreciado. Su jefe puede incluso estar impresionado por su perspicacia y ofrecerle más responsabilidades.</w:t>
        <w:br/>
        <w:br/>
        <w:t>Esperar la invitación no significa ser pasivo o esconderse. Los Reflectores pueden cultivar activamente su experiencia, desarrollar sus habilidades y hacerse visibles en su campo. Pueden asistir a eventos de networking, publicar contenido en línea o hablar en conferencias. El objetivo es ser visto y reconocido por sus dones únicos, de modo que las invitaciones lleguen de forma natural.</w:t>
        <w:br/>
        <w:br/>
        <w:t>Esto puede ser un desafío para muchos Reflectores, especialmente aquellos que han sido condicionados a creer que deben hacer todo por sí mismos o demostrar su valor constantemente. Puede haber un miedo a ser percibidos como vagos o poco ambiciosos. Pero para los Reflectores, esperar la invitación es en realidad el camino más estratégico y alineado hacia el éxito y el impacto.</w:t>
        <w:br/>
        <w:br/>
        <w:t>Aprender a discernir las verdaderas invitaciones es otra habilidad clave para los Reflectores. No todas las invitaciones son creadas iguales, y algunas pueden incluso ser trampas que conducen al agotamiento y la frustración. Los Reflectores deben aprender a sentir en su cuerpo si una invitación está realmente alineada con ellos, y decir no a las que no lo están.</w:t>
        <w:br/>
        <w:br/>
        <w:t>Una verdadera invitación se sentirá expansiva, emocionante y energizante. Permitirá al Reflector expresar sus dones únicos y ser plenamente apreciado por quien es. Una falsa invitación, por otro lado, se sentirá pesada, agotadora o limitante. Podrá pedir al Reflector que se conforme, que se comprometa o que dé más de lo que recibe.</w:t>
        <w:br/>
        <w:br/>
        <w:t>Otro aspecto de la estrategia de espera es saber cuándo partir. Incluso cuando un Reflector ha sido invitado a un papel o a un proyecto, puede llegar un momento en el que la energía cambia y ya no es apoyado o apreciado. Los Reflectores deben estar atentos a estos cambios energéticos y estar dispuestos a retirarse con elegancia cuando su trabajo está terminado. Permanecer demasiado tiempo en una situación que ya no está alineada puede conducir al amargamiento y al agotamiento.</w:t>
        <w:br/>
        <w:br/>
        <w:t>Imaginemos un Reflector que ha sido invitado a liderar un emocionante proyecto. Al principio, todo va bien - se le reconoce por su visión y liderazgo, y el equipo está entusiasmado y comprometido. Pero con el tiempo, la dinámica cambia. El equipo comienza a cuestionar sus decisiones, a retener información o a eludirlo por completo. Esta es una señal de que quizás es hora para el Reflector de pasar a otra cosa, antes de que la situación se vuelva tóxica.</w:t>
        <w:br/>
        <w:br/>
        <w:t>En última instancia, esperar la invitación es una práctica de confianza y alineación. Es una manera para los Reflectores de honrar su naturaleza única y atraer las oportunidades que realmente les permiten brillar. Cuando los Reflectores dominan esta estrategia, pueden tener un impacto increíble en el mundo, ofreciendo su orientación y sabiduría donde más se necesitan.</w:t>
        <w:br/>
        <w:br/>
        <w:t>Como dijo Ra Uru Hu, "El Reflector invitado es el Reflector más poderoso." Es una invitación a abrazar nuestra habilidad para guiar y liderar, al tiempo que honramos nuestra necesidad de reconocimiento y apoyo. Y es una promesa de que cuando lo hacemos, podemos vivir una vida increíblemente enriquecedora y significativa, iluminando el camino para los demás.</w:t>
        <w:br/>
        <w:br/>
        <w:t>Ya sea que seas un Reflector aprendiendo a esperar la invitación o alguien que interactúa con los Reflectores, entender y honrar esta estrategia es esencial para desbloquear su máximo potencial. Con el enfoque correcto, los Reflectores pueden ser guías increíblemente sabios y transformadores, llevando claridad, perspicacia y dirección donde más se necesitan.</w:t>
        <w:br/>
        <w:br/>
        <w:t>Puntos a recordar:</w:t>
        <w:br/>
        <w:br/>
        <w:t>- La estrategia de los Reflectores es esperar la invitación antes de compartir sus insights o comprometerse con proyectos. Esto les permite honrar su energía única y tener un impacto significativo.</w:t>
        <w:br/>
        <w:br/>
        <w:t>- Esperar la invitación asegura que los dones de los Reflectores son deseados y apreciados, y que tienen el apoyo necesario para brillar. Forzar las cosas sin una invitación puede llevar a la resistencia, la frustración y el agotamiento.</w:t>
        <w:br/>
        <w:br/>
        <w:t>- Los Reflectores pueden cultivar activamente su experiencia y visibilidad en su campo para atraer invitaciones de forma natural.</w:t>
        <w:br/>
        <w:br/>
        <w:t>- Discernir las invitaciones verdaderas alineadas es crucial. Una verdadera invitación es energizante y permite al Reflector expresar plenamente sus dones.</w:t>
        <w:br/>
        <w:br/>
        <w:t>- Los Reflectores también deben saber cuándo retirarse de una situación que ya no está alineada para evitar el desgaste.</w:t>
        <w:br/>
        <w:br/>
        <w:t>- Esperar la invitación es una práctica de confianza y alineación que permite a los Reflectores vivir una vida rica y significativa guiando a los demás.</w:t>
        <w:br/>
        <w:br/>
        <w:t>- Conocer y honrar esta estrategia, ya seas un Reflector o no, es esencial para desbloquear su máximo potencial de guías sabios y transformadores.</w:t>
        <w:br/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