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r>
        <w:drawing>
          <wp:inline xmlns:a="http://schemas.openxmlformats.org/drawingml/2006/main" xmlns:pic="http://schemas.openxmlformats.org/drawingml/2006/picture">
            <wp:extent cx="5486400" cy="3135086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985fa75a-27e5-408a-8474-0af73085a7a4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135086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El perfil 2/4, también conocido como Oportunista Ermitaño, es un perfil fascinante y paradójico en el Diseño Humano. Los individuos con este perfil combinan las cualidades de introspección de la línea 2 con las tendencias oportunistas de la línea 4. Esta combinación única crea una dinámica de vida particular, llena tanto de desafíos como de oportunidades de crecimiento.</w:t>
        <w:br/>
        <w:br/>
        <w:t xml:space="preserve">La línea 2, la línea del Ermitaño, aporta una energía de introspección y sabiduría interior. Las personas con una línea 2 en su perfil se sienten naturalmente impulsadas a retirarse del mundo para conectarse con su verdad interior. Tienen una profunda necesidad de soledad y silencio para poder escuchar la voz de su alma. Esta búsqueda de autenticidad puede llevarlas a pasar largos periodos en introspección, meditando, escribiendo o creando. </w:t>
        <w:br/>
        <w:br/>
        <w:t>Sin embargo, la línea 2 también tiene una cualidad de duda e incertidumbre. Los Ermitaños pueden pasar mucho tiempo cuestionando su propio valor y su lugar en el mundo. Pueden tener dificultades para afirmarse o para compartir su sabiduría con los demás. Esta inseguridad puede llevarlos a esconderse o a sentirse inadecuados en situaciones sociales.</w:t>
        <w:br/>
        <w:br/>
        <w:t>La línea 4, la línea del Oportunista, aporta una energía de adaptación y de aprovechamiento de oportunidades. Como vimos en el submódulo anterior, las personas con una línea 4 en su perfil tienen un talento natural para ver las posibilidades y las aberturas en su entorno. Son hábiles para navegar en situaciones cambiantes y para aprovechar las circunstancias a su favor. Esta flexibilidad puede llevarlos a cambiar con frecuencia de dirección o de enfoque en su vida, siguiendo las oportunidades que se presentan.</w:t>
        <w:br/>
        <w:br/>
        <w:t>Cuando estas dos líneas se combinan en el perfil 2/4, se crea una dinámica única de introspección y adaptación. Los Oportunistas Ermitaños son impulsados a conectarse con su sabiduría interior, pero también son atraídos por las oportunidades del mundo exterior. Pueden pasar su vida navegando entre su necesidad de soledad y su deseo de aprovechar las posibilidades que se presentan.</w:t>
        <w:br/>
        <w:br/>
        <w:t>Un ejemplo concreto podría ser un Oportunista Ermitaño que trabaja como artista. Impulsado por su necesidad de expresión creativa (línea 2), pasa largas horas solo en su taller, pintando o esculpiendo. Pero cuando se presenta una oportunidad de exposición o de colaboración (línea 4), es sacado repentinamente de su retiro para interactuar con el mundo del arte. Puede alternar entre periodos de intensa creación solitaria y periodos de compromiso social y profesional, siguiendo las oportunidades que se presentan.</w:t>
        <w:br/>
        <w:br/>
        <w:t>Una característica interesante del perfil 2/4 es su capacidad para aportar una perspectiva única y profunda en situaciones oportunistas. Gracias a su conexión con su sabiduría interior, los Oportunistas Ermitaños a menudo pueden ver más allá de las apariencias y captar la esencia de una situación. Pueden aportar un toque de autenticidad y profundidad en contextos que de otro modo podrían parecer superficiales o puramente estratégicos. Su participación puede elevar y transformar las oportunidades que aprovechan.</w:t>
        <w:br/>
        <w:br/>
        <w:t>Sin embargo, esta dualidad entre introspección y oportunismo también puede crear una tensión y confusión interna para el Oportunista Ermitaño. Pueden tener dificultades para reconciliar su necesidad de verdad interior con su deseo de adaptarse y tener éxito en el mundo exterior. Aprender a escuchar y seguir su propia guía, incluso en medio de oportunidades y distracciones, es un desafío importante para este perfil.</w:t>
        <w:br/>
        <w:br/>
        <w:t>Tomemos el ejemplo de un Oportunista Ermitaño que trabaja como consultora de empresas. Gracias a su capacidad para ver las cosas en profundidad (línea 2), a menudo es capaz de diagnosticar los problemas subyacentes en las organizaciones que asesora. Pero cuando se le ofrece un ascenso o un nuevo proyecto (línea 4), puede verse tentada a dejar a un lado sus percepciones para adaptarse a las expectativas de sus clientes o superiores. Aprender a permanecer fiel a su sabiduría interior mientras navega por las oportunidades profesionales es un arte delicado que debe dominar.</w:t>
        <w:br/>
        <w:br/>
        <w:t>En última instancia, el camino de crecimiento para el Oportunista Ermitaño es aprender a integrar su sabiduría interior en su búsqueda de oportunidades. Deben aprender a confiar en su propia guía y a llevarla al mundo, incluso cuando parezca ir contra la corriente. También deben aprender a discernir qué oportunidades están realmente alineadas con su verdad interior y cuáles son solo distracciones.</w:t>
        <w:br/>
        <w:br/>
        <w:t>Cuando encuentran este equilibrio, los Oportunistas Ermitaños pueden convertirse en seres increíblemente sabios, auténticos e impactantes. Su combinación única de introspección y adaptabilidad puede llevarlos a crear obras de arte revolucionarias, a llevar a cabo cambios profundos en las organizaciones o a tocar los corazones de maneras inesperadas. Su vida se convierte entonces en un testimonio poderoso de la integración de la sabiduría interior en la acción exterior.</w:t>
        <w:br/>
        <w:br/>
        <w:t>Así que, si eres un Oportunista Ermitaño, celebra tu naturaleza única y tu potencial. Acepta tu necesidad de soledad y tu capacidad para aprovechar las oportunidades, pero no olvides escuchar y seguir tu propia verdad. Confía en tu sabiduría interior y ten el valor de llevarla al mundo. Tienes dentro de ti la capacidad de iluminar y transformar las situaciones más oportunistas con la luz de tu alma. Es un don raro y precioso, así que lo atesora y compártelo con sabiduría.</w:t>
        <w:br/>
        <w:br/>
        <w:t>Puntos para recordar :</w:t>
        <w:br/>
        <w:br/>
        <w:t>- El perfil 2/4, también llamado Oportunista Ermitaño, combina las cualidades de introspección de la línea 2 con las tendencias oportunistas de la línea 4.</w:t>
        <w:br/>
        <w:br/>
        <w:t>- La línea 2 aporta una energía de introspección, sabiduría interior y una necesidad de soledad, pero también puede generar duda e incertidumbre.</w:t>
        <w:br/>
        <w:br/>
        <w:t>- La línea 4 aporta una capacidad de adaptación y aprovechamiento de oportunidades, así como una flexibilidad en situaciones cambiantes.</w:t>
        <w:br/>
        <w:br/>
        <w:t>- Los Oportunistas Ermitaños navegan entre su necesidad de soledad para conectarse con su verdad interna y su deseo de aprovechar las oportunidades del mundo exterior.</w:t>
        <w:br/>
        <w:br/>
        <w:t>- Pueden aportar una perspectiva única y profunda en situaciones oportunistas, elevando y transformando estas oportunidades.</w:t>
        <w:br/>
        <w:br/>
        <w:t>- La dualidad entre introspección y oportunismo puede crear una tensión y confusión interna para el Oportunista Ermitaño.</w:t>
        <w:br/>
        <w:br/>
        <w:t>- El desafío para este perfil es aprender a integrar su sabiduría interior en la búsqueda de oportunidades, distinguiendo las que están alineadas con su verdad.</w:t>
        <w:br/>
        <w:br/>
        <w:t>- Cuando encuentran este equilibrio, los Oportunistas Ermitaños pueden convertirse en seres sabios, auténticos e impactantes, iluminando las situaciones con la luz de su alma.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