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r>
        <w:drawing>
          <wp:inline xmlns:a="http://schemas.openxmlformats.org/drawingml/2006/main" xmlns:pic="http://schemas.openxmlformats.org/drawingml/2006/picture">
            <wp:extent cx="5486400" cy="3135086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b26ed3d4-ca8b-4584-ad52-eacca913fabd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135086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El perfil 2/5, también conocido como el Ermitaño Herético, es un perfil complejo y poderoso en el Diseño Humano. Los individuos con este perfil combinan las cualidades de introspección de la línea 2 con las tendencias revolucionarias de la línea 5. Esta combinación única crea una dinámica de vida particular, llena de desafíos y oportunidades de transformación.</w:t>
        <w:br/>
        <w:br/>
        <w:t>La línea 2, la línea del Ermitaño, aporta energía de introspección y sabiduría interior. Como vimos en el submódulo anterior, las personas con una línea 2 en su perfil están naturalmente impulsadas a retirarse del mundo para conectarse con su verdad interior. Tienen una necesidad profunda de soledad y silencio para poder escuchar la voz de su alma. Esta búsqueda de autenticidad puede llevarles a pasar largos periodos de introspección, meditando, escribiendo o creando.</w:t>
        <w:br/>
        <w:br/>
        <w:t>La línea 5, la línea del Herético, aporta energía de rebelión y cambio radical. Las personas con una línea 5 en su perfil tienen un profundo deseo de cuestionar el status quo y romper convenciones. A menudo están adelantadas a su tiempo, aportando ideas y perspectivas nuevas que pueden perturbar o chocar a su entorno. Esta tendencia a la rebelión puede hacer que se sientan marginadas o incomprendidas por la sociedad.</w:t>
        <w:br/>
        <w:br/>
        <w:t>Cuando estas dos líneas se combinan en el perfil 2/5, se crea una dinámica única de introspección y revolución. Los Ermitaños Heréticos se sienten impulsados a conectarse con su sabiduría interior, pero esta sabiduría a menudo está en desacuerdo con las normas y creencias dominantes de su tiempo. Pueden pasar su vida navegando entre su necesidad de verdad interior y su deseo de agitar el status quo.</w:t>
        <w:br/>
        <w:br/>
        <w:t>Un ejemplo histórico de Ermitaño Herético podría ser Galileo. A través de sus observaciones y reflexiones solitarias (línea 2), llegó a la conclusión revolucionaria de que la Tierra giraba alrededor del Sol, y no al revés. Esta idea iba en contra de los dogmas religiosos y científicos de la época (línea 5) y Galileo tuvo que enfrentarse a una fuerte oposición e incluso a la Inquisición por atreverse a defenderla. Sin embargo, su visión terminó transformando radicalmente nuestra comprensión del universo.</w:t>
        <w:br/>
        <w:br/>
        <w:t>Una característica interesante del perfil 2/5 es su capacidad para generar cambios profundos y duraderos en el mundo, precisamente porque su sabiduría proviene de una fuente interna auténtica. A diferencia de los revolucionarios de la línea 5 pura, que pueden estar a veces más motivados por el deseo de rebelión en sí mismo, los Ermitaños Heréticos están arraigados en una verdad interior que otorga a su mensaje un poder y una resonancia particulares. Su rebeldía no es superficial o reactiva, sino profundamente arraigada en su ser.</w:t>
        <w:br/>
        <w:br/>
        <w:t>Sin embargo, esta combinación de introspección y rebeldía también puede generar una gran soledad y una sensación de alienación para el Ermitaño Herético. Pueden sentirse muy diferentes e incomprendidos, incluso por sus seres queridos. Su visión del mundo puede parecer tan extraña o amenazante que la gente prefiere rechazarlos o ignorarlos en lugar de intentar comprenderlos. Aprender a permanecer fieles a su verdad interior a pesar del rechazo y la oposición es un desafío importante para este perfil.</w:t>
        <w:br/>
        <w:br/>
        <w:t>Tomemos el ejemplo de una Ermitaña Herética moderna que es una artista visionaria. Gracias a sus largos periodos de introspección y experimentación solitaria (línea 2), ha desarrollado un estilo único y provocativo que desafía las convenciones del mundo del arte (línea 5). Sus obras perturban y fascinan al mismo tiempo, provocando reacciones fuertes y contrastadas. Algunos la ven como una genia revolucionaria, otros como una marginal escandalosa. Permanecer fiel a su visión a pesar de las críticas y el rechazo requiere de una gran fortaleza interior y una confianza inquebrantable en su propia verdad.</w:t>
        <w:br/>
        <w:br/>
        <w:t>En última instancia, el camino de crecimiento para el Ermitaño Herético es aprender a expresar su única sabiduría en el mundo, incluso si eso significa ir contracorriente. Deben aprender a confiar en su propia guía interna, incluso si todos a su alrededor parecen pensar de manera diferente. También deben encontrar el valor para compartir su visión, incluso si puede perturbar o chocar.</w:t>
        <w:br/>
        <w:br/>
        <w:t>Cuando encuentran este equilibrio, los Ermitaños Heréticos pueden convertirse en poderosos catalizadores del cambio y la evolución. Su combinación única de introspección y rebeldía les puede llevar a crear obras de arte, teorías científicas o movimientos sociales que transforman radicalmente nuestra forma de ver el mundo. Su vida se convierte entonces en un poderoso testimonio de la importancia de permanecer fiel a su verdad interior, incluso frente a la adversidad.</w:t>
        <w:br/>
        <w:br/>
        <w:t>Así que si eres un Ermitaño Herético, celebra tu singularidad y tu potencial de transformación. Acepta tu necesidad de soledad y tu visión revolucionaria, incluso si eso te hace diferente o incomprendido. Confía en tu sabiduría interior y ten el coraje de expresarla al mundo. Tienes en ti la capacidad de generar cambios profundos y duraderos, precisamente porque tu rebelión proviene de una fuente auténtica e interna. Es un don raro y precioso, así que aprecíalo y compártelo con integridad.</w:t>
        <w:br/>
        <w:br/>
        <w:t>Puntos a recordar:</w:t>
        <w:br/>
        <w:br/>
        <w:t>- El perfil 2/5, también llamado Ermitaño Herético, combina la introspección de la línea 2 con la rebelión de la línea 5.</w:t>
        <w:br/>
        <w:t>- La línea 2 aporta la necesidad de soledad para conectarse con la verdad interior, mientras que la línea 5 impulsa a cuestionar el status quo.</w:t>
        <w:br/>
        <w:t>- Los Ermitaños Heréticos suelen estar desfasados con su época, aportando ideas nuevas y perturbadoras.</w:t>
        <w:br/>
        <w:t>- Su auténtica sabiduría interior otorga a su mensaje un poder particular para transformar el mundo de manera duradera.</w:t>
        <w:br/>
        <w:t>- Podrían sentirse incomprendidos y rechazados, y deben aprender a permanecer fieles a su verdad a pesar de la adversidad.</w:t>
        <w:br/>
        <w:t>- Al expresar su única visión con integridad, se convierten en poderosos catalizadores de cambio y evolución.</w:t>
        <w:br/>
        <w:t>- Su camino de crecimiento es aceptar su singularidad y compartir su sabiduría revolucionaria con valentía.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